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61727C"/>
          <w:sz w:val="19"/>
        </w:rPr>
        <w:t>GRADE 1 • STORY</w:t>
      </w:r>
    </w:p>
    <w:p>
      <w:pPr>
        <w:spacing w:after="60"/>
      </w:pPr>
      <w:r>
        <w:rPr>
          <w:b/>
          <w:color w:val="263238"/>
          <w:sz w:val="44"/>
        </w:rPr>
        <w:t>Nia’s Language Hunt</w:t>
      </w:r>
    </w:p>
    <w:p>
      <w:pPr>
        <w:spacing w:after="180"/>
      </w:pPr>
      <w:r>
        <w:rPr>
          <w:color w:val="2878B8"/>
          <w:sz w:val="24"/>
        </w:rPr>
        <w:t>Listen • Read • Notice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8856"/>
            <w:gridSpan w:val="2"/>
            <w:tcMar>
              <w:top w:w="30" w:type="dxa"/>
              <w:bottom w:w="30" w:type="dxa"/>
              <w:start w:w="30" w:type="dxa"/>
              <w:end w:w="3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28800" cy="346920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ia_explor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34692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/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</w:trPr>
        <w:tc>
          <w:tcPr>
            <w:tcW w:type="dxa" w:w="2304"/>
            <w:shd w:fill="EAF3F8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878B8"/>
                <w:sz w:val="24"/>
              </w:rPr>
              <w:t>PLACE</w:t>
            </w:r>
          </w:p>
        </w:tc>
        <w:tc>
          <w:tcPr>
            <w:tcW w:type="dxa" w:w="6595"/>
            <w:shd w:fill="EAF3F8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878B8"/>
                <w:sz w:val="24"/>
              </w:rPr>
              <w:t>WORDS NIA HEARS</w:t>
            </w:r>
          </w:p>
        </w:tc>
      </w:tr>
      <w:tr>
        <w:tc>
          <w:tcPr>
            <w:tcW w:type="dxa" w:w="2304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HOME</w:t>
            </w:r>
          </w:p>
        </w:tc>
        <w:tc>
          <w:tcPr>
            <w:tcW w:type="dxa" w:w="6595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“Hello!” says Dad.</w:t>
            </w:r>
          </w:p>
        </w:tc>
      </w:tr>
      <w:tr>
        <w:tc>
          <w:tcPr>
            <w:tcW w:type="dxa" w:w="2304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SCHOOL</w:t>
            </w:r>
          </w:p>
        </w:tc>
        <w:tc>
          <w:tcPr>
            <w:tcW w:type="dxa" w:w="6595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“Open your book,” says the teacher.</w:t>
            </w:r>
          </w:p>
        </w:tc>
      </w:tr>
      <w:tr>
        <w:tc>
          <w:tcPr>
            <w:tcW w:type="dxa" w:w="2304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SCREEN</w:t>
            </w:r>
          </w:p>
        </w:tc>
        <w:tc>
          <w:tcPr>
            <w:tcW w:type="dxa" w:w="6595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“Press play!” says the game.</w:t>
            </w:r>
          </w:p>
        </w:tc>
      </w:tr>
      <w:tr>
        <w:tc>
          <w:tcPr>
            <w:tcW w:type="dxa" w:w="2304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OUTSIDE</w:t>
            </w:r>
          </w:p>
        </w:tc>
        <w:tc>
          <w:tcPr>
            <w:tcW w:type="dxa" w:w="6595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“Welcome!” says the sign.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3C7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PIP ASKS  </w:t>
            </w:r>
            <w:r>
              <w:t>Can words live in more than one place?</w:t>
            </w:r>
          </w:p>
        </w:tc>
      </w:tr>
    </w:tbl>
    <w:p>
      <w:r>
        <w:rPr>
          <w:b/>
        </w:rPr>
        <w:t>Nia smiles. “Words are everywhere!”</w:t>
      </w:r>
    </w:p>
    <w:p>
      <w:pPr>
        <w:pageBreakBefore/>
        <w:spacing w:after="40"/>
      </w:pPr>
      <w:r>
        <w:rPr>
          <w:b/>
          <w:color w:val="61727C"/>
          <w:sz w:val="19"/>
        </w:rPr>
        <w:t>GRADE 1 • ACTIVITY</w:t>
      </w:r>
    </w:p>
    <w:p>
      <w:pPr>
        <w:spacing w:after="60"/>
      </w:pPr>
      <w:r>
        <w:rPr>
          <w:b/>
          <w:color w:val="263238"/>
          <w:sz w:val="44"/>
        </w:rPr>
        <w:t>My Word Hunt</w:t>
      </w:r>
    </w:p>
    <w:p>
      <w:pPr>
        <w:spacing w:after="180"/>
      </w:pPr>
      <w:r>
        <w:rPr>
          <w:color w:val="2878B8"/>
          <w:sz w:val="24"/>
        </w:rPr>
        <w:t>Point • Match • Draw • Say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DDF3E5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TODAY I CAN  </w:t>
            </w:r>
            <w:r>
              <w:t>notice where I hear English.</w:t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</w:trPr>
        <w:tc>
          <w:tcPr>
            <w:tcW w:type="dxa" w:w="3456"/>
            <w:shd w:fill="EAF3F8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878B8"/>
                <w:sz w:val="24"/>
              </w:rPr>
              <w:t>PLACE</w:t>
            </w:r>
          </w:p>
        </w:tc>
        <w:tc>
          <w:tcPr>
            <w:tcW w:type="dxa" w:w="5443"/>
            <w:shd w:fill="EAF3F8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878B8"/>
                <w:sz w:val="24"/>
              </w:rPr>
              <w:t>WORDS</w:t>
            </w:r>
          </w:p>
        </w:tc>
      </w:tr>
      <w:tr>
        <w:tc>
          <w:tcPr>
            <w:tcW w:type="dxa" w:w="3456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Home</w:t>
            </w:r>
          </w:p>
        </w:tc>
        <w:tc>
          <w:tcPr>
            <w:tcW w:type="dxa" w:w="5443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Good morning!</w:t>
            </w:r>
          </w:p>
        </w:tc>
      </w:tr>
      <w:tr>
        <w:tc>
          <w:tcPr>
            <w:tcW w:type="dxa" w:w="3456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School</w:t>
            </w:r>
          </w:p>
        </w:tc>
        <w:tc>
          <w:tcPr>
            <w:tcW w:type="dxa" w:w="5443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Write your name.</w:t>
            </w:r>
          </w:p>
        </w:tc>
      </w:tr>
      <w:tr>
        <w:tc>
          <w:tcPr>
            <w:tcW w:type="dxa" w:w="3456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Screen</w:t>
            </w:r>
          </w:p>
        </w:tc>
        <w:tc>
          <w:tcPr>
            <w:tcW w:type="dxa" w:w="5443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Choose a player.</w:t>
            </w:r>
          </w:p>
        </w:tc>
      </w:tr>
      <w:tr>
        <w:tc>
          <w:tcPr>
            <w:tcW w:type="dxa" w:w="3456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Outside</w:t>
            </w:r>
          </w:p>
        </w:tc>
        <w:tc>
          <w:tcPr>
            <w:tcW w:type="dxa" w:w="5443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4"/>
              </w:rPr>
              <w:t>Close the gate.</w:t>
            </w:r>
          </w:p>
        </w:tc>
      </w:tr>
    </w:tbl>
    <w:p>
      <w:pPr>
        <w:pStyle w:val="Heading2"/>
      </w:pPr>
      <w:r>
        <w:t>Draw and tell Pip</w:t>
      </w:r>
    </w:p>
    <w:p>
      <w:r>
        <w:t>Choose one place. Draw a word or sound you hear there.</w:t>
      </w:r>
    </w:p>
    <w:p>
      <w:pPr>
        <w:spacing w:after="180"/>
      </w:pPr>
      <w:r>
        <w:t>______________________________________________________</w:t>
      </w:r>
    </w:p>
    <w:p>
      <w:pPr>
        <w:spacing w:after="180"/>
      </w:pPr>
      <w:r>
        <w:t>______________________________________________________</w:t>
      </w:r>
    </w:p>
    <w:p>
      <w:pPr>
        <w:spacing w:after="180"/>
      </w:pPr>
      <w:r>
        <w:t>______________________________________________________</w:t>
      </w:r>
    </w:p>
    <w:p>
      <w:r>
        <w:t>Say: “I hear English at ______.”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3C7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EXIT  </w:t>
            </w:r>
            <w:r>
              <w:t>Circle one: HOME   SCHOOL   SCREEN   OUTSIDE</w:t>
            </w:r>
          </w:p>
        </w:tc>
      </w:tr>
    </w:tbl>
    <w:p>
      <w:r>
        <w:br w:type="page"/>
      </w:r>
    </w:p>
    <w:p>
      <w:pPr>
        <w:spacing w:after="40"/>
      </w:pPr>
      <w:r>
        <w:rPr>
          <w:b/>
          <w:color w:val="61727C"/>
          <w:sz w:val="19"/>
        </w:rPr>
        <w:t>GRADE 1 • STORY</w:t>
      </w:r>
    </w:p>
    <w:p>
      <w:pPr>
        <w:spacing w:after="60"/>
      </w:pPr>
      <w:r>
        <w:rPr>
          <w:b/>
          <w:color w:val="263238"/>
          <w:sz w:val="44"/>
        </w:rPr>
        <w:t>The Hidden Card</w:t>
      </w:r>
    </w:p>
    <w:p>
      <w:pPr>
        <w:spacing w:after="180"/>
      </w:pPr>
      <w:r>
        <w:rPr>
          <w:color w:val="2878B8"/>
          <w:sz w:val="24"/>
        </w:rPr>
        <w:t>Nia and Pip • Lesson 2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8856"/>
            <w:gridSpan w:val="2"/>
            <w:tcMar>
              <w:top w:w="25" w:type="dxa"/>
              <w:bottom w:w="25" w:type="dxa"/>
              <w:start w:w="25" w:type="dxa"/>
              <w:end w:w="25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83080" cy="275269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ia_read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0" cy="27526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/>
          </w:p>
        </w:tc>
      </w:tr>
    </w:tbl>
    <w:p>
      <w:r>
        <w:t>Nia lifts the card. It is a MIRROR.</w:t>
      </w:r>
    </w:p>
    <w:p>
      <w:r>
        <w:t>Nia sees her face. Pip sees his blue feathers.</w:t>
      </w:r>
    </w:p>
    <w:p>
      <w:r>
        <w:t>On the card is one word: YOU.</w:t>
      </w:r>
    </w:p>
    <w:p>
      <w:r>
        <w:t>“Words live with people too!” says Nia.</w:t>
      </w:r>
    </w:p>
    <w:p>
      <w:r>
        <w:t>Nia says, “My name is Nia. I like stories.”</w:t>
      </w:r>
    </w:p>
    <w:p>
      <w:r>
        <w:t>Pip chirps, “My name is Pip. I like songs!”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3C7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PIP ASKS  </w:t>
            </w:r>
            <w:r>
              <w:t>What words tell something about you?</w:t>
            </w:r>
          </w:p>
        </w:tc>
      </w:tr>
    </w:tbl>
    <w:p>
      <w:pPr>
        <w:pageBreakBefore/>
        <w:spacing w:after="40"/>
      </w:pPr>
      <w:r>
        <w:rPr>
          <w:b/>
          <w:color w:val="61727C"/>
          <w:sz w:val="19"/>
        </w:rPr>
        <w:t>GRADE 1 • ACTIVITY</w:t>
      </w:r>
    </w:p>
    <w:p>
      <w:pPr>
        <w:spacing w:after="60"/>
      </w:pPr>
      <w:r>
        <w:rPr>
          <w:b/>
          <w:color w:val="263238"/>
          <w:sz w:val="44"/>
        </w:rPr>
        <w:t>The Mirror Card</w:t>
      </w:r>
    </w:p>
    <w:p>
      <w:pPr>
        <w:spacing w:after="180"/>
      </w:pPr>
      <w:r>
        <w:rPr>
          <w:color w:val="2878B8"/>
          <w:sz w:val="24"/>
        </w:rPr>
        <w:t>Draw • Circle • Say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DDF3E5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TODAY I CAN  </w:t>
            </w:r>
            <w:r>
              <w:t>say or draw words that tell something about me—or an invented character.</w:t>
            </w:r>
          </w:p>
        </w:tc>
      </w:tr>
    </w:tbl>
    <w:p>
      <w:pPr>
        <w:pStyle w:val="Heading2"/>
      </w:pPr>
      <w:r>
        <w:t>1. Draw</w:t>
      </w:r>
    </w:p>
    <w:p>
      <w:r>
        <w:t>Draw yourself or make up a character inside the mirror.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52"/>
      </w:tblGrid>
      <w:tr>
        <w:trPr>
          <w:trHeight w:val="3168"/>
        </w:trPr>
        <w:tc>
          <w:tcPr>
            <w:tcW w:type="dxa" w:w="9752"/>
            <w:shd w:fill="EAF3F8"/>
          </w:tcPr>
          <w:p/>
        </w:tc>
      </w:tr>
    </w:tbl>
    <w:p>
      <w:pPr>
        <w:pStyle w:val="Heading2"/>
      </w:pPr>
      <w:r>
        <w:t>2. Circle and finish</w:t>
      </w:r>
    </w:p>
    <w:p>
      <w:r>
        <w:t>I like:  STORIES   SONGS   GAMES   ANIMALS   DRAWING</w:t>
      </w:r>
    </w:p>
    <w:p>
      <w:r>
        <w:t>My name is ____________________.</w:t>
      </w:r>
    </w:p>
    <w:p>
      <w:r>
        <w:t>I like ____________________.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3C7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TELL PIP  </w:t>
            </w:r>
            <w:r>
              <w:t>“My name is ______. I like ______.”</w:t>
            </w:r>
          </w:p>
        </w:tc>
      </w:tr>
    </w:tbl>
    <w:p>
      <w:r>
        <w:br w:type="page"/>
      </w:r>
    </w:p>
    <w:p>
      <w:pPr>
        <w:spacing w:after="40"/>
      </w:pPr>
      <w:r>
        <w:rPr>
          <w:b/>
          <w:color w:val="61727C"/>
          <w:sz w:val="19"/>
        </w:rPr>
        <w:t>GRADE 1 • STORY</w:t>
      </w:r>
    </w:p>
    <w:p>
      <w:pPr>
        <w:spacing w:after="60"/>
      </w:pPr>
      <w:r>
        <w:rPr>
          <w:b/>
          <w:color w:val="263238"/>
          <w:sz w:val="44"/>
        </w:rPr>
        <w:t>One Word, Different Voices</w:t>
      </w:r>
    </w:p>
    <w:p>
      <w:pPr>
        <w:spacing w:after="180"/>
      </w:pPr>
      <w:r>
        <w:rPr>
          <w:color w:val="2878B8"/>
          <w:sz w:val="24"/>
        </w:rPr>
        <w:t>Nia and Pip • Lesson 3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8856"/>
            <w:gridSpan w:val="2"/>
            <w:tcMar>
              <w:top w:w="25" w:type="dxa"/>
              <w:bottom w:w="25" w:type="dxa"/>
              <w:start w:w="25" w:type="dxa"/>
              <w:end w:w="25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278930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ia_liste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27893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/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</w:trPr>
        <w:tc>
          <w:tcPr>
            <w:tcW w:type="dxa" w:w="4450"/>
            <w:shd w:fill="DDF2F1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878B8"/>
                <w:sz w:val="32"/>
              </w:rPr>
              <w:t>VOICE 1</w:t>
            </w:r>
          </w:p>
        </w:tc>
        <w:tc>
          <w:tcPr>
            <w:tcW w:type="dxa" w:w="4450"/>
            <w:shd w:fill="EEE5F8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878B8"/>
                <w:sz w:val="32"/>
              </w:rPr>
              <w:t>VOICE 2</w:t>
            </w:r>
          </w:p>
        </w:tc>
      </w:tr>
      <w:tr>
        <w:tc>
          <w:tcPr>
            <w:tcW w:type="dxa" w:w="4450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32"/>
              </w:rPr>
              <w:t>Hello!</w:t>
            </w:r>
          </w:p>
        </w:tc>
        <w:tc>
          <w:tcPr>
            <w:tcW w:type="dxa" w:w="4450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32"/>
              </w:rPr>
              <w:t>Hello!</w:t>
            </w:r>
          </w:p>
        </w:tc>
      </w:tr>
    </w:tbl>
    <w:p>
      <w:r>
        <w:t>“They both said HELLO!” says Nia.</w:t>
      </w:r>
    </w:p>
    <w:p>
      <w:r>
        <w:t>One voice was quick. One voice was slow.</w:t>
      </w:r>
    </w:p>
    <w:p>
      <w:r>
        <w:t>Pip flaps his wings. “Different sound. Same kind word!”</w:t>
      </w:r>
    </w:p>
    <w:p>
      <w:r>
        <w:t>Nia listens to the voices around her. Some are high. Some are low. Some words have different beats.</w:t>
      </w:r>
    </w:p>
    <w:p>
      <w:r>
        <w:t>“Every voice is welcome,” says Nia.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3C7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SAY IT TOGETHER  </w:t>
            </w:r>
            <w:r>
              <w:t>Different voices can share the same word.</w:t>
            </w:r>
          </w:p>
        </w:tc>
      </w:tr>
    </w:tbl>
    <w:p>
      <w:pPr>
        <w:pageBreakBefore/>
        <w:spacing w:after="40"/>
      </w:pPr>
      <w:r>
        <w:rPr>
          <w:b/>
          <w:color w:val="61727C"/>
          <w:sz w:val="19"/>
        </w:rPr>
        <w:t>GRADE 1 • ACTIVITY</w:t>
      </w:r>
    </w:p>
    <w:p>
      <w:pPr>
        <w:spacing w:after="60"/>
      </w:pPr>
      <w:r>
        <w:rPr>
          <w:b/>
          <w:color w:val="263238"/>
          <w:sz w:val="44"/>
        </w:rPr>
        <w:t>Listen Like Pip</w:t>
      </w:r>
    </w:p>
    <w:p>
      <w:pPr>
        <w:spacing w:after="180"/>
      </w:pPr>
      <w:r>
        <w:rPr>
          <w:color w:val="2878B8"/>
          <w:sz w:val="24"/>
        </w:rPr>
        <w:t>Listen • Circle • Say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DDF3E5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TODAY I CAN  </w:t>
            </w:r>
            <w:r>
              <w:t>hear the same familiar word in different voices.</w:t>
            </w:r>
          </w:p>
        </w:tc>
      </w:tr>
    </w:tbl>
    <w:p>
      <w:pPr>
        <w:pStyle w:val="Heading2"/>
      </w:pPr>
      <w:r>
        <w:t>1. Listen and circle</w:t>
      </w:r>
    </w:p>
    <w:p>
      <w:r>
        <w:t>Your teacher says two words. Circle SAME or DIFFERENT.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</w:trPr>
        <w:tc>
          <w:tcPr>
            <w:tcW w:type="dxa" w:w="1872"/>
            <w:shd w:fill="EAF3F8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878B8"/>
                <w:sz w:val="26"/>
              </w:rPr>
              <w:t>PAIR</w:t>
            </w:r>
          </w:p>
        </w:tc>
        <w:tc>
          <w:tcPr>
            <w:tcW w:type="dxa" w:w="7027"/>
            <w:shd w:fill="EAF3F8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878B8"/>
                <w:sz w:val="26"/>
              </w:rPr>
              <w:t>YOUR ANSWER</w:t>
            </w:r>
          </w:p>
        </w:tc>
      </w:tr>
      <w:tr>
        <w:tc>
          <w:tcPr>
            <w:tcW w:type="dxa" w:w="1872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6"/>
              </w:rPr>
              <w:t>1</w:t>
            </w:r>
          </w:p>
        </w:tc>
        <w:tc>
          <w:tcPr>
            <w:tcW w:type="dxa" w:w="7027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6"/>
              </w:rPr>
              <w:t>SAME     DIFFERENT</w:t>
            </w:r>
          </w:p>
        </w:tc>
      </w:tr>
      <w:tr>
        <w:tc>
          <w:tcPr>
            <w:tcW w:type="dxa" w:w="1872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6"/>
              </w:rPr>
              <w:t>2</w:t>
            </w:r>
          </w:p>
        </w:tc>
        <w:tc>
          <w:tcPr>
            <w:tcW w:type="dxa" w:w="7027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6"/>
              </w:rPr>
              <w:t>SAME     DIFFERENT</w:t>
            </w:r>
          </w:p>
        </w:tc>
      </w:tr>
      <w:tr>
        <w:tc>
          <w:tcPr>
            <w:tcW w:type="dxa" w:w="1872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6"/>
              </w:rPr>
              <w:t>3</w:t>
            </w:r>
          </w:p>
        </w:tc>
        <w:tc>
          <w:tcPr>
            <w:tcW w:type="dxa" w:w="7027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6"/>
              </w:rPr>
              <w:t>SAME     DIFFERENT</w:t>
            </w:r>
          </w:p>
        </w:tc>
      </w:tr>
    </w:tbl>
    <w:p>
      <w:pPr>
        <w:pStyle w:val="Heading2"/>
      </w:pPr>
      <w:r>
        <w:t>2. Match the word</w:t>
      </w:r>
    </w:p>
    <w:p>
      <w:r>
        <w:t>Listen. Draw a line to the word you hear.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</w:trPr>
        <w:tc>
          <w:tcPr>
            <w:tcW w:type="dxa" w:w="2966"/>
            <w:shd w:fill="EAF3F8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878B8"/>
                <w:sz w:val="26"/>
              </w:rPr>
              <w:t>HELLO</w:t>
            </w:r>
          </w:p>
        </w:tc>
        <w:tc>
          <w:tcPr>
            <w:tcW w:type="dxa" w:w="2966"/>
            <w:shd w:fill="EAF3F8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878B8"/>
                <w:sz w:val="26"/>
              </w:rPr>
              <w:t>THANK YOU</w:t>
            </w:r>
          </w:p>
        </w:tc>
        <w:tc>
          <w:tcPr>
            <w:tcW w:type="dxa" w:w="2966"/>
            <w:shd w:fill="EAF3F8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2878B8"/>
                <w:sz w:val="26"/>
              </w:rPr>
              <w:t>GOODBYE</w:t>
            </w:r>
          </w:p>
        </w:tc>
      </w:tr>
      <w:tr>
        <w:tc>
          <w:tcPr>
            <w:tcW w:type="dxa" w:w="2966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6"/>
              </w:rPr>
              <w:t>○</w:t>
            </w:r>
          </w:p>
        </w:tc>
        <w:tc>
          <w:tcPr>
            <w:tcW w:type="dxa" w:w="2966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6"/>
              </w:rPr>
              <w:t>○</w:t>
            </w:r>
          </w:p>
        </w:tc>
        <w:tc>
          <w:tcPr>
            <w:tcW w:type="dxa" w:w="2966"/>
            <w:vAlign w:val="center"/>
            <w:tcMar>
              <w:top w:w="120" w:type="dxa"/>
              <w:bottom w:w="120" w:type="dxa"/>
              <w:start w:w="150" w:type="dxa"/>
              <w:end w:w="150" w:type="dxa"/>
            </w:tcMar>
          </w:tcPr>
          <w:p>
            <w:pPr>
              <w:spacing w:after="0"/>
            </w:pPr>
            <w:r>
              <w:rPr>
                <w:sz w:val="26"/>
              </w:rPr>
              <w:t>○</w:t>
            </w:r>
          </w:p>
        </w:tc>
      </w:tr>
    </w:tbl>
    <w:p>
      <w:pPr>
        <w:pStyle w:val="Heading2"/>
      </w:pPr>
      <w:r>
        <w:t>3. Draw the speakers</w:t>
      </w:r>
    </w:p>
    <w:p>
      <w:r>
        <w:t>Draw two people saying the same friendly word.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rHeight w:val="2232"/>
        </w:trPr>
        <w:tc>
          <w:tcPr>
            <w:tcW w:type="dxa" w:w="4876"/>
            <w:shd w:fill="DDF2F1"/>
          </w:tcPr>
          <w:p/>
        </w:tc>
        <w:tc>
          <w:tcPr>
            <w:tcW w:type="dxa" w:w="4876"/>
            <w:shd w:fill="EEE5F8"/>
          </w:tcPr>
          <w:p/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3C7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TELL PIP  </w:t>
            </w:r>
            <w:r>
              <w:t>“The voices sound different. The word is the same.”</w:t>
            </w:r>
          </w:p>
        </w:tc>
      </w:tr>
    </w:tbl>
    <w:p>
      <w:r>
        <w:br w:type="page"/>
      </w:r>
    </w:p>
    <w:p>
      <w:pPr>
        <w:spacing w:after="40"/>
      </w:pPr>
      <w:r>
        <w:rPr>
          <w:b/>
          <w:color w:val="61727C"/>
          <w:sz w:val="19"/>
        </w:rPr>
        <w:t>GRADE 1 • STORY</w:t>
      </w:r>
    </w:p>
    <w:p>
      <w:pPr>
        <w:spacing w:after="60"/>
      </w:pPr>
      <w:r>
        <w:rPr>
          <w:b/>
          <w:color w:val="263238"/>
          <w:sz w:val="44"/>
        </w:rPr>
        <w:t>One Word, Two Pictures</w:t>
      </w:r>
    </w:p>
    <w:p>
      <w:pPr>
        <w:spacing w:after="180"/>
      </w:pPr>
      <w:r>
        <w:rPr>
          <w:color w:val="2878B8"/>
          <w:sz w:val="24"/>
        </w:rPr>
        <w:t>Nia and Pip • Lesson 4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8856"/>
            <w:gridSpan w:val="2"/>
            <w:tcMar>
              <w:top w:w="25" w:type="dxa"/>
              <w:bottom w:w="25" w:type="dxa"/>
              <w:start w:w="25" w:type="dxa"/>
              <w:end w:w="25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329574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ia_explor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329574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/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4450"/>
            <w:vAlign w:val="center"/>
            <w:tcMar>
              <w:top w:w="40" w:type="dxa"/>
              <w:bottom w:w="40" w:type="dxa"/>
              <w:start w:w="60" w:type="dxa"/>
              <w:end w:w="6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325880" cy="767615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all_round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7676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450"/>
            <w:vAlign w:val="center"/>
            <w:tcMar>
              <w:top w:w="40" w:type="dxa"/>
              <w:bottom w:w="40" w:type="dxa"/>
              <w:start w:w="60" w:type="dxa"/>
              <w:end w:w="6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325880" cy="76761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all_oval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7676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6"/>
            <w:shd w:fill="DDF2F1"/>
            <w:tcMar>
              <w:top w:w="70" w:type="dxa"/>
              <w:bottom w:w="70" w:type="dxa"/>
              <w:start w:w="60" w:type="dxa"/>
              <w:end w:w="60" w:type="dxa"/>
            </w:tcMar>
          </w:tcPr>
          <w:p>
            <w:pPr>
              <w:jc w:val="center"/>
            </w:pPr>
            <w:r>
              <w:rPr>
                <w:b/>
                <w:sz w:val="28"/>
              </w:rPr>
              <w:t>FOOTBALL</w:t>
            </w:r>
          </w:p>
        </w:tc>
        <w:tc>
          <w:tcPr>
            <w:tcW w:type="dxa" w:w="4876"/>
            <w:shd w:fill="EEE5F8"/>
            <w:tcMar>
              <w:top w:w="70" w:type="dxa"/>
              <w:bottom w:w="70" w:type="dxa"/>
              <w:start w:w="60" w:type="dxa"/>
              <w:end w:w="60" w:type="dxa"/>
            </w:tcMar>
          </w:tcPr>
          <w:p>
            <w:pPr>
              <w:jc w:val="center"/>
            </w:pPr>
            <w:r>
              <w:rPr>
                <w:b/>
                <w:sz w:val="28"/>
              </w:rPr>
              <w:t>FOOTBALL</w:t>
            </w:r>
          </w:p>
        </w:tc>
      </w:tr>
    </w:tbl>
    <w:p>
      <w:r>
        <w:t>“Two footballs?” asks Pip.</w:t>
      </w:r>
    </w:p>
    <w:p>
      <w:r>
        <w:t>Nia nods. “The word can point to different games in different places.”</w:t>
      </w:r>
    </w:p>
    <w:p>
      <w:r>
        <w:t>Pip looks again. The pictures are different. The word is the same.</w:t>
      </w:r>
    </w:p>
    <w:p>
      <w:r>
        <w:t>“I can ask, Which game do you mean?” says Pip.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3C7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SAY IT TOGETHER  </w:t>
            </w:r>
            <w:r>
              <w:t>Same word. Different pictures. Ask for a clue!</w:t>
            </w:r>
          </w:p>
        </w:tc>
      </w:tr>
    </w:tbl>
    <w:p>
      <w:pPr>
        <w:pageBreakBefore/>
        <w:spacing w:after="40"/>
      </w:pPr>
      <w:r>
        <w:rPr>
          <w:b/>
          <w:color w:val="61727C"/>
          <w:sz w:val="19"/>
        </w:rPr>
        <w:t>GRADE 1 • ACTIVITY</w:t>
      </w:r>
    </w:p>
    <w:p>
      <w:pPr>
        <w:spacing w:after="60"/>
      </w:pPr>
      <w:r>
        <w:rPr>
          <w:b/>
          <w:color w:val="263238"/>
          <w:sz w:val="44"/>
        </w:rPr>
        <w:t>Pip’s Picture Clues</w:t>
      </w:r>
    </w:p>
    <w:p>
      <w:pPr>
        <w:spacing w:after="180"/>
      </w:pPr>
      <w:r>
        <w:rPr>
          <w:color w:val="2878B8"/>
          <w:sz w:val="24"/>
        </w:rPr>
        <w:t>Look • Circle • Ask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DDF3E5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TODAY I CAN  </w:t>
            </w:r>
            <w:r>
              <w:t>look for a clue and ask what a word means.</w:t>
            </w:r>
          </w:p>
        </w:tc>
      </w:tr>
    </w:tbl>
    <w:p>
      <w:pPr>
        <w:pStyle w:val="Heading2"/>
      </w:pPr>
      <w:r>
        <w:t>1. Look again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4450"/>
            <w:vAlign w:val="center"/>
            <w:tcMar>
              <w:top w:w="40" w:type="dxa"/>
              <w:bottom w:w="40" w:type="dxa"/>
              <w:start w:w="60" w:type="dxa"/>
              <w:end w:w="6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325880" cy="767615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all_round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7676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450"/>
            <w:vAlign w:val="center"/>
            <w:tcMar>
              <w:top w:w="40" w:type="dxa"/>
              <w:bottom w:w="40" w:type="dxa"/>
              <w:start w:w="60" w:type="dxa"/>
              <w:end w:w="6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325880" cy="767615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all_oval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7676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6"/>
            <w:shd w:fill="DDF2F1"/>
            <w:tcMar>
              <w:top w:w="70" w:type="dxa"/>
              <w:bottom w:w="70" w:type="dxa"/>
              <w:start w:w="60" w:type="dxa"/>
              <w:end w:w="60" w:type="dxa"/>
            </w:tcMar>
          </w:tcPr>
          <w:p>
            <w:pPr>
              <w:jc w:val="center"/>
            </w:pPr>
            <w:r>
              <w:rPr>
                <w:b/>
                <w:sz w:val="28"/>
              </w:rPr>
              <w:t>FOOTBALL</w:t>
            </w:r>
          </w:p>
        </w:tc>
        <w:tc>
          <w:tcPr>
            <w:tcW w:type="dxa" w:w="4876"/>
            <w:shd w:fill="EEE5F8"/>
            <w:tcMar>
              <w:top w:w="70" w:type="dxa"/>
              <w:bottom w:w="70" w:type="dxa"/>
              <w:start w:w="60" w:type="dxa"/>
              <w:end w:w="60" w:type="dxa"/>
            </w:tcMar>
          </w:tcPr>
          <w:p>
            <w:pPr>
              <w:jc w:val="center"/>
            </w:pPr>
            <w:r>
              <w:rPr>
                <w:b/>
                <w:sz w:val="28"/>
              </w:rPr>
              <w:t>FOOTBALL</w:t>
            </w:r>
          </w:p>
        </w:tc>
      </w:tr>
    </w:tbl>
    <w:p>
      <w:r>
        <w:t>Circle:  SAME WORD     DIFFERENT WORDS</w:t>
      </w:r>
    </w:p>
    <w:p>
      <w:r>
        <w:t>Circle:  SAME PICTURE     DIFFERENT PICTURES</w:t>
      </w:r>
    </w:p>
    <w:p>
      <w:pPr>
        <w:pStyle w:val="Heading2"/>
      </w:pPr>
      <w:r>
        <w:t>2. Draw your clue</w:t>
      </w:r>
    </w:p>
    <w:p>
      <w:r>
        <w:t>Choose one football picture. Add one clue: a goal, a field, a player or a rule.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52"/>
      </w:tblGrid>
      <w:tr>
        <w:trPr>
          <w:trHeight w:val="2376"/>
        </w:trPr>
        <w:tc>
          <w:tcPr>
            <w:tcW w:type="dxa" w:w="9752"/>
            <w:shd w:fill="EAF3F8"/>
          </w:tcPr>
          <w:p/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3C7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ASK  </w:t>
            </w:r>
            <w:r>
              <w:t>“Which game do you mean?”</w:t>
            </w:r>
          </w:p>
        </w:tc>
      </w:tr>
    </w:tbl>
    <w:p>
      <w:r>
        <w:br w:type="page"/>
      </w:r>
    </w:p>
    <w:p>
      <w:pPr>
        <w:spacing w:after="40"/>
      </w:pPr>
      <w:r>
        <w:rPr>
          <w:b/>
          <w:color w:val="61727C"/>
          <w:sz w:val="19"/>
        </w:rPr>
        <w:t>GRADE 1 • STORY</w:t>
      </w:r>
    </w:p>
    <w:p>
      <w:pPr>
        <w:spacing w:after="60"/>
      </w:pPr>
      <w:r>
        <w:rPr>
          <w:b/>
          <w:color w:val="263238"/>
          <w:sz w:val="44"/>
        </w:rPr>
        <w:t>The Great Language Map</w:t>
      </w:r>
    </w:p>
    <w:p>
      <w:pPr>
        <w:spacing w:after="180"/>
      </w:pPr>
      <w:r>
        <w:rPr>
          <w:color w:val="2878B8"/>
          <w:sz w:val="24"/>
        </w:rPr>
        <w:t>Nia and Pip • Lesson 5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8856"/>
            <w:gridSpan w:val="2"/>
            <w:tcMar>
              <w:top w:w="25" w:type="dxa"/>
              <w:bottom w:w="25" w:type="dxa"/>
              <w:start w:w="25" w:type="dxa"/>
              <w:end w:w="25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37360" cy="282984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ia_wave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28298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r/>
          </w:p>
        </w:tc>
      </w:tr>
    </w:tbl>
    <w:p>
      <w:pPr>
        <w:spacing w:after="100"/>
        <w:jc w:val="center"/>
      </w:pPr>
      <w:r>
        <w:drawing>
          <wp:inline xmlns:a="http://schemas.openxmlformats.org/drawingml/2006/main" xmlns:pic="http://schemas.openxmlformats.org/drawingml/2006/picture">
            <wp:extent cx="5596128" cy="132272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ve_cards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96128" cy="13227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Nia catches HOME. Pip finds SCHOOL.</w:t>
      </w:r>
    </w:p>
    <w:p>
      <w:r>
        <w:t>SCREEN lands by a chair. OUTSIDE sticks to a tree.</w:t>
      </w:r>
    </w:p>
    <w:p>
      <w:r>
        <w:t>The shiny YOU card lands last.</w:t>
      </w:r>
    </w:p>
    <w:p>
      <w:r>
        <w:t>“We found where words live,” says Nia. “We found words about people too.”</w:t>
      </w:r>
    </w:p>
    <w:p>
      <w:r>
        <w:t>Pip chirps, “We listened to different voices and asked for clues!”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3C7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NIA SAYS  </w:t>
            </w:r>
            <w:r>
              <w:t>Now we can build our own language map.</w:t>
            </w:r>
          </w:p>
        </w:tc>
      </w:tr>
    </w:tbl>
    <w:p>
      <w:pPr>
        <w:pageBreakBefore/>
        <w:spacing w:after="40"/>
      </w:pPr>
      <w:r>
        <w:rPr>
          <w:b/>
          <w:color w:val="61727C"/>
          <w:sz w:val="19"/>
        </w:rPr>
        <w:t>GRADE 1 • FINAL MISSION</w:t>
      </w:r>
    </w:p>
    <w:p>
      <w:pPr>
        <w:spacing w:after="60"/>
      </w:pPr>
      <w:r>
        <w:rPr>
          <w:b/>
          <w:color w:val="263238"/>
          <w:sz w:val="44"/>
        </w:rPr>
        <w:t>My Language Map</w:t>
      </w:r>
    </w:p>
    <w:p>
      <w:pPr>
        <w:spacing w:after="180"/>
      </w:pPr>
      <w:r>
        <w:rPr>
          <w:color w:val="2878B8"/>
          <w:sz w:val="24"/>
        </w:rPr>
        <w:t>Draw • Point • Tell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DDF3E5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TODAY I CAN  </w:t>
            </w:r>
            <w:r>
              <w:t>show where words live and tell Pip one thing I learned.</w:t>
            </w:r>
          </w:p>
        </w:tc>
      </w:tr>
    </w:tbl>
    <w:p>
      <w:pPr>
        <w:pStyle w:val="Heading2"/>
      </w:pPr>
      <w:r>
        <w:t>1. Complete the five cards</w:t>
      </w:r>
    </w:p>
    <w:p>
      <w:r>
        <w:t>Draw one small clue in each card.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c>
          <w:tcPr>
            <w:tcW w:type="dxa" w:w="1780"/>
            <w:shd w:fill="FCE2DB"/>
            <w:tcMar>
              <w:top w:w="65" w:type="dxa"/>
              <w:bottom w:w="65" w:type="dxa"/>
              <w:start w:w="30" w:type="dxa"/>
              <w:end w:w="30" w:type="dxa"/>
            </w:tcMar>
          </w:tcPr>
          <w:p>
            <w:pPr>
              <w:jc w:val="center"/>
            </w:pPr>
            <w:r>
              <w:rPr>
                <w:b/>
                <w:sz w:val="20"/>
              </w:rPr>
              <w:t>HOME</w:t>
            </w:r>
          </w:p>
        </w:tc>
        <w:tc>
          <w:tcPr>
            <w:tcW w:type="dxa" w:w="1780"/>
            <w:shd w:fill="DDF2F1"/>
            <w:tcMar>
              <w:top w:w="65" w:type="dxa"/>
              <w:bottom w:w="65" w:type="dxa"/>
              <w:start w:w="30" w:type="dxa"/>
              <w:end w:w="30" w:type="dxa"/>
            </w:tcMar>
          </w:tcPr>
          <w:p>
            <w:pPr>
              <w:jc w:val="center"/>
            </w:pPr>
            <w:r>
              <w:rPr>
                <w:b/>
                <w:sz w:val="20"/>
              </w:rPr>
              <w:t>SCHOOL</w:t>
            </w:r>
          </w:p>
        </w:tc>
        <w:tc>
          <w:tcPr>
            <w:tcW w:type="dxa" w:w="1780"/>
            <w:shd w:fill="EEE5F8"/>
            <w:tcMar>
              <w:top w:w="65" w:type="dxa"/>
              <w:bottom w:w="65" w:type="dxa"/>
              <w:start w:w="30" w:type="dxa"/>
              <w:end w:w="30" w:type="dxa"/>
            </w:tcMar>
          </w:tcPr>
          <w:p>
            <w:pPr>
              <w:jc w:val="center"/>
            </w:pPr>
            <w:r>
              <w:rPr>
                <w:b/>
                <w:sz w:val="20"/>
              </w:rPr>
              <w:t>SCREEN</w:t>
            </w:r>
          </w:p>
        </w:tc>
        <w:tc>
          <w:tcPr>
            <w:tcW w:type="dxa" w:w="1780"/>
            <w:shd w:fill="DDF3E5"/>
            <w:tcMar>
              <w:top w:w="65" w:type="dxa"/>
              <w:bottom w:w="65" w:type="dxa"/>
              <w:start w:w="30" w:type="dxa"/>
              <w:end w:w="30" w:type="dxa"/>
            </w:tcMar>
          </w:tcPr>
          <w:p>
            <w:pPr>
              <w:jc w:val="center"/>
            </w:pPr>
            <w:r>
              <w:rPr>
                <w:b/>
                <w:sz w:val="20"/>
              </w:rPr>
              <w:t>OUTSIDE</w:t>
            </w:r>
          </w:p>
        </w:tc>
        <w:tc>
          <w:tcPr>
            <w:tcW w:type="dxa" w:w="1780"/>
            <w:shd w:fill="FFF3C7"/>
            <w:tcMar>
              <w:top w:w="65" w:type="dxa"/>
              <w:bottom w:w="65" w:type="dxa"/>
              <w:start w:w="30" w:type="dxa"/>
              <w:end w:w="30" w:type="dxa"/>
            </w:tcMar>
          </w:tcPr>
          <w:p>
            <w:pPr>
              <w:jc w:val="center"/>
            </w:pPr>
            <w:r>
              <w:rPr>
                <w:b/>
                <w:sz w:val="20"/>
              </w:rPr>
              <w:t>YOU</w:t>
            </w:r>
          </w:p>
        </w:tc>
      </w:tr>
      <w:tr>
        <w:trPr>
          <w:trHeight w:val="2232"/>
        </w:trPr>
        <w:tc>
          <w:tcPr>
            <w:tcW w:type="dxa" w:w="1780"/>
            <w:tcMar>
              <w:top w:w="30" w:type="dxa"/>
              <w:bottom w:w="30" w:type="dxa"/>
              <w:start w:w="30" w:type="dxa"/>
              <w:end w:w="30" w:type="dxa"/>
            </w:tcMar>
          </w:tcPr>
          <w:p/>
        </w:tc>
        <w:tc>
          <w:tcPr>
            <w:tcW w:type="dxa" w:w="1780"/>
            <w:tcMar>
              <w:top w:w="30" w:type="dxa"/>
              <w:bottom w:w="30" w:type="dxa"/>
              <w:start w:w="30" w:type="dxa"/>
              <w:end w:w="30" w:type="dxa"/>
            </w:tcMar>
          </w:tcPr>
          <w:p/>
        </w:tc>
        <w:tc>
          <w:tcPr>
            <w:tcW w:type="dxa" w:w="1780"/>
            <w:tcMar>
              <w:top w:w="30" w:type="dxa"/>
              <w:bottom w:w="30" w:type="dxa"/>
              <w:start w:w="30" w:type="dxa"/>
              <w:end w:w="30" w:type="dxa"/>
            </w:tcMar>
          </w:tcPr>
          <w:p/>
        </w:tc>
        <w:tc>
          <w:tcPr>
            <w:tcW w:type="dxa" w:w="1780"/>
            <w:tcMar>
              <w:top w:w="30" w:type="dxa"/>
              <w:bottom w:w="30" w:type="dxa"/>
              <w:start w:w="30" w:type="dxa"/>
              <w:end w:w="30" w:type="dxa"/>
            </w:tcMar>
          </w:tcPr>
          <w:p/>
        </w:tc>
        <w:tc>
          <w:tcPr>
            <w:tcW w:type="dxa" w:w="1780"/>
            <w:tcMar>
              <w:top w:w="30" w:type="dxa"/>
              <w:bottom w:w="30" w:type="dxa"/>
              <w:start w:w="30" w:type="dxa"/>
              <w:end w:w="30" w:type="dxa"/>
            </w:tcMar>
          </w:tcPr>
          <w:p/>
        </w:tc>
      </w:tr>
    </w:tbl>
    <w:p>
      <w:pPr>
        <w:pStyle w:val="Heading2"/>
      </w:pPr>
      <w:r>
        <w:t>2. Choose and say</w:t>
      </w:r>
    </w:p>
    <w:p>
      <w:r>
        <w:t>Point to one card. Finish one sentence:</w:t>
      </w:r>
    </w:p>
    <w:p>
      <w:r>
        <w:t>“I hear English at __________.”     “One word I know is __________.”</w:t>
      </w:r>
    </w:p>
    <w:p>
      <w:r>
        <w:t>“If I am unsure, I can ask __________________________________.”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52"/>
      </w:tblGrid>
      <w:tr>
        <w:tc>
          <w:tcPr>
            <w:tcW w:type="dxa" w:w="9752"/>
            <w:shd w:fill="FFF3C7"/>
            <w:tcMar>
              <w:top w:w="150" w:type="dxa"/>
              <w:bottom w:w="150" w:type="dxa"/>
              <w:start w:w="18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878B8"/>
              </w:rPr>
              <w:t xml:space="preserve">UNIT 1 COMPLETE  </w:t>
            </w:r>
            <w:r>
              <w:t>I can look, listen and ask for clues!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94" w:right="107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1727C"/>
        <w:sz w:val="17"/>
      </w:rPr>
      <w:t>Grade 1 • Unit 1 • Lesson 1 • Nia &amp; Pip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61727C"/>
        <w:sz w:val="17"/>
      </w:rPr>
      <w:t>LEARN WITH ALICIA  |  VOICES BETWEEN WORLDS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color w:val="263238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2878B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2878B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878B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